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922E0" w:rsidRDefault="00D67CEA">
      <w:pPr>
        <w:pStyle w:val="Heading1"/>
      </w:pPr>
      <w:r>
        <w:t>Freezing Made Simple: Find the Best Blast Freezer Container for Your Needs</w:t>
      </w:r>
    </w:p>
    <w:p w:rsidR="006922E0" w:rsidRDefault="00D67CEA">
      <w:pPr>
        <w:pStyle w:val="OutlineParagraph"/>
      </w:pPr>
      <w:r>
        <w:t>Are you tired of juggling food storage, wondering how to keep your meals fresh without sacrificing quality? Freezing might seem straightforward, but having the right tools can make</w:t>
      </w:r>
      <w:r>
        <w:t xml:space="preserve"> all the difference. In this article, we’ll explore the best blast freezer containers that take your freezing game to the next level. By optimizing storage options, you not only protect flavors and nutrients but also streamline your meal prep. Whether you'</w:t>
      </w:r>
      <w:r>
        <w:t>re an everyday cook, a meal prep enthusiast, or simply looking to minimize waste, the right container can enhance your freezing experience. Join us as we break down what to look for in blast freezer containers, uncovering features that will cater to your u</w:t>
      </w:r>
      <w:r>
        <w:t>nique needs and preferences. Say goodbye to freezer burn and hello to perfectly preserved meals—let’s make freezing simple!</w:t>
      </w:r>
    </w:p>
    <w:p w:rsidR="006922E0" w:rsidRDefault="00D67CEA">
      <w:pPr>
        <w:pStyle w:val="Heading2"/>
      </w:pPr>
      <w:r>
        <w:t>Understanding Blast Freezing: What is It?</w:t>
      </w:r>
    </w:p>
    <w:p w:rsidR="006922E0" w:rsidRDefault="00D67CEA">
      <w:pPr>
        <w:pStyle w:val="OutlineParagraph"/>
      </w:pPr>
      <w:r>
        <w:t>Blast freezing is a rapid cooling process that freezes food at extremely low temperatures,</w:t>
      </w:r>
      <w:r>
        <w:t xml:space="preserve"> typically between </w:t>
      </w:r>
      <w:r w:rsidR="00C14C7C">
        <w:t>+</w:t>
      </w:r>
      <w:r>
        <w:t>30°C to -</w:t>
      </w:r>
      <w:r w:rsidR="00C14C7C">
        <w:t>3</w:t>
      </w:r>
      <w:r>
        <w:t>0°C, within a short period. Unlike conventional freezing methods, which slowly bring down the temperature, blast freezing preserves the integrity of food by preventing the formation of large ice crystals that can damage cell s</w:t>
      </w:r>
      <w:r>
        <w:t>tructure. This process is particularly beneficial for maintaining the texture, flavor, and nutritional value of food, making it an essential technique for both commercial kitchens and home cooks.</w:t>
      </w:r>
    </w:p>
    <w:p w:rsidR="006922E0" w:rsidRDefault="00D67CEA">
      <w:pPr>
        <w:pStyle w:val="OutlineParagraph"/>
      </w:pPr>
      <w:r>
        <w:t>The science behind blast freezing lies in its ability to low</w:t>
      </w:r>
      <w:r>
        <w:t>er the temperature of food items quickly, thereby minimizing bacterial growth and enzymatic reactions that can lead to spoilage. By freezing food faster, blast freezing locks in freshness and extends shelf life, making it an ideal solution for preserving s</w:t>
      </w:r>
      <w:r>
        <w:t>easonal produce, pre-cooked meals, and perishable items. This method is especially useful for those who want to enjoy high-quality, nutritious meals without the hassle of daily cooking.</w:t>
      </w:r>
    </w:p>
    <w:p w:rsidR="006922E0" w:rsidRDefault="00D67CEA">
      <w:pPr>
        <w:pStyle w:val="OutlineParagraph"/>
      </w:pPr>
      <w:r>
        <w:t>In addition to enhancing food preservation, blast freezing also offers</w:t>
      </w:r>
      <w:r>
        <w:t xml:space="preserve"> convenience and efficiency. By using blast freezer containers, you can organize and store food in a way that maximizes space and minimizes waste. Whether you are a busy professional, a parent with a hectic schedule, or someone who simply loves to cook in </w:t>
      </w:r>
      <w:r>
        <w:t>bulk, understanding blast freezing and its benefits can revolutionize your approach to meal prep and food storage.</w:t>
      </w:r>
    </w:p>
    <w:p w:rsidR="006922E0" w:rsidRDefault="00D67CEA">
      <w:pPr>
        <w:pStyle w:val="Heading2"/>
      </w:pPr>
      <w:r>
        <w:t>Benefits of Using Blast Freezer Containers</w:t>
      </w:r>
    </w:p>
    <w:p w:rsidR="006922E0" w:rsidRDefault="00D67CEA">
      <w:pPr>
        <w:pStyle w:val="OutlineParagraph"/>
      </w:pPr>
      <w:r>
        <w:t>One of the primary benefits of using blast freezer containers is the prevention of freezer burn, a</w:t>
      </w:r>
      <w:r>
        <w:t xml:space="preserve"> common issue that occurs when food is exposed to air and undergoes dehydration. Freezer burn can alter the taste and texture of food, making it less appealing and potentially leading to waste. Blast freezer containers are designed to create an airtight se</w:t>
      </w:r>
      <w:r>
        <w:t xml:space="preserve">al, ensuring </w:t>
      </w:r>
      <w:r>
        <w:lastRenderedPageBreak/>
        <w:t>that food remains protected from air and moisture, thus preserving its quality over an extended period.</w:t>
      </w:r>
    </w:p>
    <w:p w:rsidR="006922E0" w:rsidRDefault="00D67CEA">
      <w:pPr>
        <w:pStyle w:val="OutlineParagraph"/>
      </w:pPr>
      <w:r>
        <w:t xml:space="preserve">Another significant advantage of blast freezer containers is their ability to maintain the nutritional value of food. Rapid freezing locks </w:t>
      </w:r>
      <w:r>
        <w:t>in essential vitamins and minerals, preventing nutrient loss that can occur with slower freezing methods. This is particularly important for health-conscious individuals who want to ensure that their meals are as nutritious as possible. By using blast free</w:t>
      </w:r>
      <w:r>
        <w:t>zer containers, you can enjoy the convenience of frozen food without compromising on health benefits.</w:t>
      </w:r>
    </w:p>
    <w:p w:rsidR="006922E0" w:rsidRDefault="00D67CEA">
      <w:pPr>
        <w:pStyle w:val="OutlineParagraph"/>
      </w:pPr>
      <w:r>
        <w:t>Additionally, blast freezer containers offer unparalleled organization and efficiency. They come in various shapes and sizes, allowing you to store differ</w:t>
      </w:r>
      <w:r>
        <w:t>ent types of food in an orderly manner. This not only helps in maximizing freezer space but also makes it easier to find and retrieve items when needed. Whether you are storing leftovers, pre-cooked meals, or raw ingredients, blast freezer containers provi</w:t>
      </w:r>
      <w:r>
        <w:t>de a versatile and practical solution for all your freezing needs.</w:t>
      </w:r>
    </w:p>
    <w:p w:rsidR="006922E0" w:rsidRDefault="00D67CEA">
      <w:pPr>
        <w:pStyle w:val="Heading2"/>
      </w:pPr>
      <w:r>
        <w:t>Key Features to Look for in a Blast Freezer Container</w:t>
      </w:r>
    </w:p>
    <w:p w:rsidR="006922E0" w:rsidRDefault="00D67CEA">
      <w:pPr>
        <w:pStyle w:val="OutlineParagraph"/>
      </w:pPr>
      <w:r>
        <w:t>When selecting a blast freezer container, one of the most crucial features to consider is its material. The container should be made fr</w:t>
      </w:r>
      <w:r>
        <w:t>om durable, freezer-safe materials that can withstand extremely low temperatures without cracking or breaking. Additionally, the material should be non-toxic and food-grade to ensure that it does not leach harmful chemicals into your food. Common materials</w:t>
      </w:r>
      <w:r>
        <w:t xml:space="preserve"> used for blast freezer containers include plastic, glass, and stainless steel, each with its own set of advantages and considerations.</w:t>
      </w:r>
    </w:p>
    <w:p w:rsidR="006922E0" w:rsidRDefault="00D67CEA">
      <w:pPr>
        <w:pStyle w:val="OutlineParagraph"/>
      </w:pPr>
      <w:r>
        <w:t>Another essential feature to look for is an airtight seal. An effective seal prevents air and moisture from entering the</w:t>
      </w:r>
      <w:r>
        <w:t xml:space="preserve"> container, thereby protecting food from freezer burn and dehydration. Some containers come with silicone gaskets or locking mechanisms that enhance their sealing capabilities. It's also important to choose containers with secure lids that fit snugly and d</w:t>
      </w:r>
      <w:r>
        <w:t>o not easily come off during storage or handling.</w:t>
      </w:r>
    </w:p>
    <w:p w:rsidR="006922E0" w:rsidRDefault="00D67CEA">
      <w:pPr>
        <w:pStyle w:val="OutlineParagraph"/>
      </w:pPr>
      <w:r>
        <w:t>Size and shape are also critical factors to consider. Depending on your storage needs, you may require containers of various sizes to accommodate different types of food. Stackable containers are particular</w:t>
      </w:r>
      <w:r>
        <w:t xml:space="preserve">ly useful as they help in optimizing freezer space and keeping your freezer organized. Additionally, transparent containers or those with clear lids can be beneficial as they allow you to see the contents without having to open each container, saving time </w:t>
      </w:r>
      <w:r>
        <w:t>and effort.</w:t>
      </w:r>
    </w:p>
    <w:p w:rsidR="006922E0" w:rsidRDefault="00D67CEA">
      <w:pPr>
        <w:pStyle w:val="Heading2"/>
      </w:pPr>
      <w:r>
        <w:t>C</w:t>
      </w:r>
      <w:r>
        <w:t>ommon Mistakes to Avoid When Freezing Food</w:t>
      </w:r>
    </w:p>
    <w:p w:rsidR="006922E0" w:rsidRDefault="00D67CEA">
      <w:pPr>
        <w:pStyle w:val="OutlineParagraph"/>
      </w:pPr>
      <w:r>
        <w:t>One common mistake when freezing food is overfilling contain</w:t>
      </w:r>
      <w:r>
        <w:t xml:space="preserve">ers. As food freezes, it expands, and overfilled containers can lead to lids popping off or containers cracking. Always leave some space at the top of the container to accommodate this expansion. </w:t>
      </w:r>
      <w:r>
        <w:lastRenderedPageBreak/>
        <w:t>Additionally, avoid freezing large quantities of food in a s</w:t>
      </w:r>
      <w:r>
        <w:t>ingle container, as this can slow down the freezing process and lead to uneven freezing. Portioning food into smaller containers can help mitigate this issue.</w:t>
      </w:r>
    </w:p>
    <w:p w:rsidR="006922E0" w:rsidRDefault="00D67CEA">
      <w:pPr>
        <w:pStyle w:val="OutlineParagraph"/>
      </w:pPr>
      <w:r>
        <w:t>Another mistake is not labeling containers. Without proper labeling, it can be challenging to ide</w:t>
      </w:r>
      <w:r>
        <w:t>ntify the contents and the date they were frozen, leading to confusion and potential waste. Make it a habit to label each container with the name of the food and the date it was frozen. This practice not only helps in keeping track of food but also ensures</w:t>
      </w:r>
      <w:r>
        <w:t xml:space="preserve"> that you use older items first, reducing the risk of food spoilage.</w:t>
      </w:r>
    </w:p>
    <w:p w:rsidR="006922E0" w:rsidRDefault="00D67CEA">
      <w:pPr>
        <w:pStyle w:val="OutlineParagraph"/>
      </w:pPr>
      <w:r>
        <w:t xml:space="preserve">Improper cooling of food before freezing is another common error. Placing hot or warm food directly into the freezer can raise the overall temperature, potentially affecting other frozen </w:t>
      </w:r>
      <w:r>
        <w:t>items and leading to longer freezing times. Always allow food to cool to room temperature before transferring it to blast freezer containers and placing it in the freezer. This helps in maintaining the efficiency of the freezing process and ensures that fo</w:t>
      </w:r>
      <w:r>
        <w:t>od freezes quickly and evenly.</w:t>
      </w:r>
    </w:p>
    <w:p w:rsidR="006922E0" w:rsidRDefault="00D67CEA">
      <w:pPr>
        <w:pStyle w:val="Heading2"/>
      </w:pPr>
      <w:r>
        <w:t>Recipes and Tips for Freezing Different Types of Food</w:t>
      </w:r>
    </w:p>
    <w:p w:rsidR="006922E0" w:rsidRDefault="00D67CEA">
      <w:pPr>
        <w:pStyle w:val="OutlineParagraph"/>
      </w:pPr>
      <w:r>
        <w:t>Freezing different types of food requires specific techniques to ensure optimal preservation. For fruits and vegetables, blanching before freezing is highly recommended. B</w:t>
      </w:r>
      <w:r>
        <w:t>lanching involves briefly boiling the produce and then plunging it into ice water to stop the cooking process. This step helps in preserving the color, texture, and nutritional value of the produce. Once blanched and cooled, fruits and vegetables can be sp</w:t>
      </w:r>
      <w:r>
        <w:t>read out on a baking sheet to freeze individually before transferring them to blast freezer containers.</w:t>
      </w:r>
    </w:p>
    <w:p w:rsidR="006922E0" w:rsidRDefault="00D67CEA">
      <w:pPr>
        <w:pStyle w:val="OutlineParagraph"/>
      </w:pPr>
      <w:r>
        <w:t>For meats and seafood, portioning and proper packaging are key. Divide meat into meal-sized portions and wrap them tightly in plastic wrap or foil befor</w:t>
      </w:r>
      <w:r>
        <w:t xml:space="preserve">e placing them in blast freezer containers. This extra layer of protection can help prevent freezer burn and maintain the quality of the meat. For seafood, it's advisable to freeze it as soon as possible after purchase to lock in freshness. Vacuum sealing </w:t>
      </w:r>
      <w:r>
        <w:t>can be particularly effective for preserving the texture and flavor of seafood.</w:t>
      </w:r>
    </w:p>
    <w:p w:rsidR="006922E0" w:rsidRDefault="00D67CEA">
      <w:pPr>
        <w:pStyle w:val="OutlineParagraph"/>
      </w:pPr>
      <w:r>
        <w:t>When it comes to cooked meals and leftovers, cooling them properly before freezing is crucial. Soups, stews, casseroles, and other cooked dishes should be allowed to cool to ro</w:t>
      </w:r>
      <w:r>
        <w:t>om temperature before being divided into portions and stored in blast freezer containers. For dishes with sauces, it can be helpful to freeze the sauce separately and combine it with the main dish during reheating. This approach ensures that the texture an</w:t>
      </w:r>
      <w:r>
        <w:t>d consistency of the sauce are maintained.</w:t>
      </w:r>
      <w:bookmarkStart w:id="0" w:name="_GoBack"/>
      <w:bookmarkEnd w:id="0"/>
    </w:p>
    <w:p w:rsidR="006922E0" w:rsidRDefault="00D67CEA">
      <w:pPr>
        <w:pStyle w:val="Heading2"/>
      </w:pPr>
      <w:r>
        <w:lastRenderedPageBreak/>
        <w:t>Conclusion: Making the Right Choice for Your Freezing Needs</w:t>
      </w:r>
    </w:p>
    <w:p w:rsidR="006922E0" w:rsidRDefault="00D67CEA">
      <w:pPr>
        <w:pStyle w:val="OutlineParagraph"/>
      </w:pPr>
      <w:r>
        <w:t>Choosing the right blast freezer container can significantly enhance your freezing experience, ensuring that your food remains fresh, flavorful, and nutr</w:t>
      </w:r>
      <w:r>
        <w:t>itious. By understanding the benefits of blast freezing and the key features to look for in a container, you can make an informed decision that caters to your unique needs and preferences.</w:t>
      </w:r>
    </w:p>
    <w:p w:rsidR="006922E0" w:rsidRDefault="00D67CEA">
      <w:pPr>
        <w:pStyle w:val="OutlineParagraph"/>
      </w:pPr>
      <w:r>
        <w:t>Investing in high-quality blast freezer containers from reputable brands can provide you with reliable and durable storage solutions. Proper use and maint</w:t>
      </w:r>
      <w:r>
        <w:t>enance of these containers are essential to maximize their effectiveness and longevity. By avoiding common freezing mistakes and employing the right techniques for different types of food, you can streamline your meal prep and reduce waste, ultimately maki</w:t>
      </w:r>
      <w:r>
        <w:t>ng freezing a simple and efficient part of your culinary routine.</w:t>
      </w:r>
    </w:p>
    <w:p w:rsidR="006922E0" w:rsidRDefault="00D67CEA">
      <w:pPr>
        <w:pStyle w:val="OutlineParagraph"/>
      </w:pPr>
      <w:r>
        <w:t xml:space="preserve">In conclusion, the right blast freezer container can transform the way you store and preserve food, offering convenience, efficiency, and peace of mind. Whether you are a busy professional, </w:t>
      </w:r>
      <w:r>
        <w:t>a health-conscious individual, or someone who loves to cook in bulk, finding the best blast freezer container for your needs can make all the difference. Embrace the benefits of blast freezing and enjoy perfectly preserved meals with ease—freezing has neve</w:t>
      </w:r>
      <w:r>
        <w:t>r been simpler!</w:t>
      </w:r>
    </w:p>
    <w:sectPr w:rsidR="006922E0"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9639D"/>
    <w:rsid w:val="00326F90"/>
    <w:rsid w:val="006922E0"/>
    <w:rsid w:val="00AA1D8D"/>
    <w:rsid w:val="00B47730"/>
    <w:rsid w:val="00C14C7C"/>
    <w:rsid w:val="00CB0664"/>
    <w:rsid w:val="00D67CEA"/>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8C997EF"/>
  <w14:defaultImageDpi w14:val="300"/>
  <w15:docId w15:val="{59002BCF-715A-4321-9C84-49BD43EB44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after="0"/>
      <w:outlineLvl w:val="0"/>
    </w:pPr>
    <w:rPr>
      <w:rFonts w:asciiTheme="majorHAnsi" w:eastAsiaTheme="majorEastAsia" w:hAnsiTheme="majorHAnsi" w:cstheme="majorBidi"/>
      <w:b/>
      <w:bCs/>
      <w:color w:val="000000"/>
      <w:sz w:val="48"/>
      <w:szCs w:val="28"/>
    </w:rPr>
  </w:style>
  <w:style w:type="paragraph" w:styleId="Heading2">
    <w:name w:val="heading 2"/>
    <w:basedOn w:val="Normal"/>
    <w:next w:val="Normal"/>
    <w:link w:val="Heading2Char"/>
    <w:uiPriority w:val="9"/>
    <w:unhideWhenUsed/>
    <w:qFormat/>
    <w:rsid w:val="00FC693F"/>
    <w:pPr>
      <w:keepNext/>
      <w:keepLines/>
      <w:spacing w:after="0"/>
      <w:outlineLvl w:val="1"/>
    </w:pPr>
    <w:rPr>
      <w:rFonts w:asciiTheme="majorHAnsi" w:eastAsiaTheme="majorEastAsia" w:hAnsiTheme="majorHAnsi" w:cstheme="majorBidi"/>
      <w:b/>
      <w:bCs/>
      <w:color w:val="000000"/>
      <w:sz w:val="40"/>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customStyle="1" w:styleId="BlogIntroParagraph">
    <w:name w:val="Blog Intro Paragraph"/>
    <w:basedOn w:val="Normal"/>
    <w:pPr>
      <w:spacing w:before="400" w:after="400"/>
    </w:pPr>
  </w:style>
  <w:style w:type="paragraph" w:customStyle="1" w:styleId="OutlineParagraph">
    <w:name w:val="Outline Paragraph"/>
    <w:basedOn w:val="Normal"/>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D7ABFFA-D2CC-4A1D-84E9-FE970E095E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4</Pages>
  <Words>1446</Words>
  <Characters>8244</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9671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Crystal5</cp:lastModifiedBy>
  <cp:revision>2</cp:revision>
  <dcterms:created xsi:type="dcterms:W3CDTF">2013-12-23T23:15:00Z</dcterms:created>
  <dcterms:modified xsi:type="dcterms:W3CDTF">2025-05-02T11:19:00Z</dcterms:modified>
  <cp:category/>
</cp:coreProperties>
</file>